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7E78D" w14:textId="77777777" w:rsidR="003C33FE" w:rsidRPr="00A669C9" w:rsidRDefault="00A669C9">
      <w:pPr>
        <w:spacing w:after="20"/>
        <w:jc w:val="center"/>
      </w:pPr>
      <w:r w:rsidRPr="00A669C9">
        <w:rPr>
          <w:b/>
          <w:sz w:val="28"/>
        </w:rPr>
        <w:t>FIȘĂ DE COLECTARE A PROPUNERILOR SCRISE</w:t>
      </w:r>
    </w:p>
    <w:p w14:paraId="43FB018F" w14:textId="77777777" w:rsidR="003C33FE" w:rsidRPr="00A669C9" w:rsidRDefault="00A669C9">
      <w:pPr>
        <w:spacing w:after="100"/>
        <w:jc w:val="center"/>
      </w:pPr>
      <w:r>
        <w:t>CONSULTAREA PUBLICĂ CP-04 – PUG CHIȘINĂU 2040</w:t>
      </w:r>
    </w:p>
    <w:tbl>
      <w:tblPr>
        <w:tblStyle w:val="Tabelgril"/>
        <w:tblW w:w="10261" w:type="dxa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7880"/>
      </w:tblGrid>
      <w:tr w:rsidR="00A669C9" w:rsidRPr="00A669C9" w14:paraId="47673454" w14:textId="77777777">
        <w:trPr>
          <w:jc w:val="center"/>
        </w:trPr>
        <w:tc>
          <w:tcPr>
            <w:tcW w:w="2381" w:type="dxa"/>
            <w:shd w:val="clear" w:color="auto" w:fill="EAF3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77B606" w14:textId="77777777" w:rsidR="003C33FE" w:rsidRPr="00A669C9" w:rsidRDefault="00A669C9">
            <w:pPr>
              <w:rPr>
                <w:rFonts w:cs="Times New Roman"/>
                <w:sz w:val="22"/>
              </w:rPr>
            </w:pPr>
            <w:r w:rsidRPr="00A669C9">
              <w:rPr>
                <w:rFonts w:cs="Times New Roman"/>
                <w:b/>
                <w:sz w:val="22"/>
              </w:rPr>
              <w:t>Ședința publică</w:t>
            </w:r>
          </w:p>
        </w:tc>
        <w:tc>
          <w:tcPr>
            <w:tcW w:w="7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8ECD4E" w14:textId="77777777" w:rsidR="00342952" w:rsidRDefault="00023BFA">
            <w:r>
              <w:t>21 octombrie 2026, ora 13:00</w:t>
            </w:r>
          </w:p>
        </w:tc>
      </w:tr>
      <w:tr w:rsidR="00A669C9" w:rsidRPr="00A669C9" w14:paraId="51966262" w14:textId="77777777">
        <w:trPr>
          <w:jc w:val="center"/>
        </w:trPr>
        <w:tc>
          <w:tcPr>
            <w:tcW w:w="2381" w:type="dxa"/>
            <w:shd w:val="clear" w:color="auto" w:fill="EAF3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4F5241" w14:textId="77777777" w:rsidR="003C33FE" w:rsidRPr="00A669C9" w:rsidRDefault="00A669C9">
            <w:pPr>
              <w:rPr>
                <w:rFonts w:cs="Times New Roman"/>
                <w:sz w:val="22"/>
              </w:rPr>
            </w:pPr>
            <w:proofErr w:type="spellStart"/>
            <w:r w:rsidRPr="00A669C9">
              <w:rPr>
                <w:rFonts w:cs="Times New Roman"/>
                <w:b/>
                <w:sz w:val="22"/>
              </w:rPr>
              <w:t>Locul</w:t>
            </w:r>
            <w:proofErr w:type="spellEnd"/>
            <w:r w:rsidRPr="00A669C9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A669C9">
              <w:rPr>
                <w:rFonts w:cs="Times New Roman"/>
                <w:b/>
                <w:sz w:val="22"/>
              </w:rPr>
              <w:t>desfășurării</w:t>
            </w:r>
            <w:proofErr w:type="spellEnd"/>
          </w:p>
        </w:tc>
        <w:tc>
          <w:tcPr>
            <w:tcW w:w="7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137C5A" w14:textId="77777777" w:rsidR="00342952" w:rsidRDefault="00023BFA">
            <w:r>
              <w:t>Sala de ședințe a Preturii sectorului Buiucani, str. Mihai Viteazul nr. 2, mun. Chișinău</w:t>
            </w:r>
          </w:p>
        </w:tc>
      </w:tr>
      <w:tr w:rsidR="00A669C9" w:rsidRPr="00A669C9" w14:paraId="076A8FE0" w14:textId="77777777">
        <w:trPr>
          <w:jc w:val="center"/>
        </w:trPr>
        <w:tc>
          <w:tcPr>
            <w:tcW w:w="2381" w:type="dxa"/>
            <w:shd w:val="clear" w:color="auto" w:fill="EAF3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4933B4" w14:textId="77777777" w:rsidR="003C33FE" w:rsidRPr="00A669C9" w:rsidRDefault="00A669C9">
            <w:pPr>
              <w:rPr>
                <w:rFonts w:cs="Times New Roman"/>
                <w:sz w:val="22"/>
              </w:rPr>
            </w:pPr>
            <w:proofErr w:type="spellStart"/>
            <w:r w:rsidRPr="00A669C9">
              <w:rPr>
                <w:rFonts w:cs="Times New Roman"/>
                <w:b/>
                <w:sz w:val="22"/>
              </w:rPr>
              <w:t>Perioada</w:t>
            </w:r>
            <w:proofErr w:type="spellEnd"/>
            <w:r w:rsidRPr="00A669C9">
              <w:rPr>
                <w:rFonts w:cs="Times New Roman"/>
                <w:b/>
                <w:sz w:val="22"/>
              </w:rPr>
              <w:t xml:space="preserve"> de </w:t>
            </w:r>
            <w:proofErr w:type="spellStart"/>
            <w:r w:rsidRPr="00A669C9">
              <w:rPr>
                <w:rFonts w:cs="Times New Roman"/>
                <w:b/>
                <w:sz w:val="22"/>
              </w:rPr>
              <w:t>transmitere</w:t>
            </w:r>
            <w:proofErr w:type="spellEnd"/>
          </w:p>
        </w:tc>
        <w:tc>
          <w:tcPr>
            <w:tcW w:w="7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513BA9" w14:textId="77777777" w:rsidR="00342952" w:rsidRDefault="00023BFA">
            <w:r>
              <w:t>30 septembrie – 4 noiembrie 2026</w:t>
            </w:r>
          </w:p>
        </w:tc>
      </w:tr>
    </w:tbl>
    <w:p w14:paraId="1E1E30CF" w14:textId="77777777" w:rsidR="003C33FE" w:rsidRPr="00A669C9" w:rsidRDefault="00A669C9">
      <w:pPr>
        <w:spacing w:before="60" w:after="40"/>
        <w:rPr>
          <w:rFonts w:cs="Times New Roman"/>
          <w:sz w:val="22"/>
        </w:rPr>
      </w:pPr>
      <w:r w:rsidRPr="00A669C9">
        <w:rPr>
          <w:rFonts w:cs="Times New Roman"/>
          <w:b/>
          <w:sz w:val="22"/>
        </w:rPr>
        <w:t>1. DATE DESPRE AUTORUL PROPUNERII</w:t>
      </w:r>
    </w:p>
    <w:p w14:paraId="07434407" w14:textId="77777777" w:rsidR="003C33FE" w:rsidRPr="00A669C9" w:rsidRDefault="00A669C9">
      <w:pPr>
        <w:spacing w:after="20"/>
        <w:rPr>
          <w:rFonts w:cs="Times New Roman"/>
          <w:sz w:val="22"/>
        </w:rPr>
      </w:pPr>
      <w:r w:rsidRPr="00A669C9">
        <w:rPr>
          <w:rFonts w:cs="Times New Roman"/>
          <w:b/>
          <w:sz w:val="22"/>
        </w:rPr>
        <w:t xml:space="preserve">Nume și prenume: </w:t>
      </w:r>
      <w:r w:rsidRPr="00A669C9">
        <w:rPr>
          <w:rFonts w:cs="Times New Roman"/>
          <w:sz w:val="22"/>
        </w:rPr>
        <w:t>________________________________________________________________________________________</w:t>
      </w:r>
    </w:p>
    <w:p w14:paraId="3A957751" w14:textId="77777777" w:rsidR="003C33FE" w:rsidRPr="00A669C9" w:rsidRDefault="00A669C9">
      <w:pPr>
        <w:spacing w:after="20"/>
        <w:rPr>
          <w:rFonts w:cs="Times New Roman"/>
          <w:sz w:val="22"/>
        </w:rPr>
      </w:pPr>
      <w:r w:rsidRPr="00A669C9">
        <w:rPr>
          <w:rFonts w:cs="Times New Roman"/>
          <w:b/>
          <w:sz w:val="22"/>
        </w:rPr>
        <w:t xml:space="preserve">Instituția/Organizația (după caz): </w:t>
      </w:r>
      <w:r w:rsidRPr="00A669C9">
        <w:rPr>
          <w:rFonts w:cs="Times New Roman"/>
          <w:sz w:val="22"/>
        </w:rPr>
        <w:t>_________________________________________________________________</w:t>
      </w:r>
    </w:p>
    <w:p w14:paraId="130F2FCD" w14:textId="77777777" w:rsidR="003C33FE" w:rsidRPr="00A669C9" w:rsidRDefault="00A669C9">
      <w:pPr>
        <w:spacing w:after="20"/>
        <w:rPr>
          <w:rFonts w:cs="Times New Roman"/>
          <w:sz w:val="22"/>
        </w:rPr>
      </w:pPr>
      <w:r w:rsidRPr="00A669C9">
        <w:rPr>
          <w:rFonts w:cs="Times New Roman"/>
          <w:b/>
          <w:sz w:val="22"/>
        </w:rPr>
        <w:t xml:space="preserve">Telefon/E-mail: </w:t>
      </w:r>
      <w:r w:rsidRPr="00A669C9">
        <w:rPr>
          <w:rFonts w:cs="Times New Roman"/>
          <w:sz w:val="22"/>
        </w:rPr>
        <w:t>___________________________________________________________________________________________</w:t>
      </w:r>
    </w:p>
    <w:p w14:paraId="48A988FD" w14:textId="77777777" w:rsidR="003C33FE" w:rsidRPr="00A669C9" w:rsidRDefault="00A669C9">
      <w:pPr>
        <w:spacing w:before="60" w:after="40"/>
        <w:rPr>
          <w:rFonts w:cs="Times New Roman"/>
          <w:sz w:val="22"/>
        </w:rPr>
      </w:pPr>
      <w:r w:rsidRPr="00A669C9">
        <w:rPr>
          <w:rFonts w:cs="Times New Roman"/>
          <w:b/>
          <w:sz w:val="22"/>
        </w:rPr>
        <w:t>2. STUDIUL VIZAT (se pot bifa mai multe opțiuni)</w:t>
      </w:r>
    </w:p>
    <w:tbl>
      <w:tblPr>
        <w:tblStyle w:val="Tabelgril"/>
        <w:tblW w:w="10260" w:type="dxa"/>
        <w:jc w:val="center"/>
        <w:tblLayout w:type="fixed"/>
        <w:tblLook w:val="04A0" w:firstRow="1" w:lastRow="0" w:firstColumn="1" w:lastColumn="0" w:noHBand="0" w:noVBand="1"/>
      </w:tblPr>
      <w:tblGrid>
        <w:gridCol w:w="5130"/>
        <w:gridCol w:w="5130"/>
      </w:tblGrid>
      <w:tr w:rsidR="00A669C9" w:rsidRPr="00A669C9" w14:paraId="6CE58984" w14:textId="77777777">
        <w:trPr>
          <w:jc w:val="center"/>
        </w:trPr>
        <w:tc>
          <w:tcPr>
            <w:tcW w:w="513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F9309F" w14:textId="77777777" w:rsidR="00342952" w:rsidRDefault="00023BFA">
            <w:r>
              <w:t>☐</w:t>
            </w:r>
            <w:r>
              <w:t xml:space="preserve"> Studiul de Fundamentare „Studiu Istoric”</w:t>
            </w:r>
          </w:p>
        </w:tc>
        <w:tc>
          <w:tcPr>
            <w:tcW w:w="513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CB0E04" w14:textId="77777777" w:rsidR="00342952" w:rsidRDefault="00023BFA">
            <w:r>
              <w:t>☐</w:t>
            </w:r>
            <w:r>
              <w:t xml:space="preserve"> Studiul de Fundamentare „Patrimoniu Natural”</w:t>
            </w:r>
          </w:p>
        </w:tc>
      </w:tr>
      <w:tr w:rsidR="00A669C9" w:rsidRPr="00A669C9" w14:paraId="00A4528C" w14:textId="77777777">
        <w:trPr>
          <w:jc w:val="center"/>
        </w:trPr>
        <w:tc>
          <w:tcPr>
            <w:tcW w:w="513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D97388" w14:textId="77777777" w:rsidR="00342952" w:rsidRDefault="00023BFA">
            <w:r>
              <w:t>☐</w:t>
            </w:r>
            <w:r>
              <w:t xml:space="preserve"> Studiul de Fundamentare „Protecția Mediului, Riscuri Naturale și Riscuri Antropice”</w:t>
            </w:r>
          </w:p>
        </w:tc>
        <w:tc>
          <w:tcPr>
            <w:tcW w:w="513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31F581" w14:textId="77777777" w:rsidR="00342952" w:rsidRDefault="00342952"/>
        </w:tc>
      </w:tr>
    </w:tbl>
    <w:p w14:paraId="3AFF81ED" w14:textId="77777777" w:rsidR="003C33FE" w:rsidRPr="00A669C9" w:rsidRDefault="00A669C9">
      <w:pPr>
        <w:spacing w:before="60" w:after="40"/>
        <w:rPr>
          <w:rFonts w:cs="Times New Roman"/>
          <w:sz w:val="22"/>
        </w:rPr>
      </w:pPr>
      <w:r w:rsidRPr="00A669C9">
        <w:rPr>
          <w:rFonts w:cs="Times New Roman"/>
          <w:b/>
          <w:sz w:val="22"/>
        </w:rPr>
        <w:t>3. DOMENIUL VIZAT (se pot bifa mai multe opțiuni)</w:t>
      </w:r>
    </w:p>
    <w:tbl>
      <w:tblPr>
        <w:tblStyle w:val="Tabelgril"/>
        <w:tblW w:w="10260" w:type="dxa"/>
        <w:jc w:val="center"/>
        <w:tblLayout w:type="fixed"/>
        <w:tblLook w:val="04A0" w:firstRow="1" w:lastRow="0" w:firstColumn="1" w:lastColumn="0" w:noHBand="0" w:noVBand="1"/>
      </w:tblPr>
      <w:tblGrid>
        <w:gridCol w:w="5130"/>
        <w:gridCol w:w="5130"/>
      </w:tblGrid>
      <w:tr w:rsidR="00A669C9" w:rsidRPr="00A669C9" w14:paraId="71EFAB98" w14:textId="77777777">
        <w:trPr>
          <w:jc w:val="center"/>
        </w:trPr>
        <w:tc>
          <w:tcPr>
            <w:tcW w:w="513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283C5C" w14:textId="77777777" w:rsidR="00342952" w:rsidRDefault="00023BFA">
            <w:r>
              <w:t>☐</w:t>
            </w:r>
            <w:r>
              <w:t xml:space="preserve"> Patrimoniu istoric și construit</w:t>
            </w:r>
          </w:p>
        </w:tc>
        <w:tc>
          <w:tcPr>
            <w:tcW w:w="513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A083DD" w14:textId="77777777" w:rsidR="00342952" w:rsidRDefault="00023BFA">
            <w:r>
              <w:t>☐</w:t>
            </w:r>
            <w:r>
              <w:t xml:space="preserve"> Monumente, zone protejate și identitate urbană</w:t>
            </w:r>
          </w:p>
        </w:tc>
      </w:tr>
      <w:tr w:rsidR="00A669C9" w:rsidRPr="00A669C9" w14:paraId="1458D405" w14:textId="77777777">
        <w:trPr>
          <w:jc w:val="center"/>
        </w:trPr>
        <w:tc>
          <w:tcPr>
            <w:tcW w:w="513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96DF28" w14:textId="77777777" w:rsidR="00342952" w:rsidRDefault="00023BFA">
            <w:r>
              <w:t>☐</w:t>
            </w:r>
            <w:r>
              <w:t xml:space="preserve"> Spații verzi, biodiversitate și patrimoniu natural</w:t>
            </w:r>
          </w:p>
        </w:tc>
        <w:tc>
          <w:tcPr>
            <w:tcW w:w="513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FBBB9A" w14:textId="77777777" w:rsidR="00342952" w:rsidRDefault="00023BFA">
            <w:r>
              <w:t>☐</w:t>
            </w:r>
            <w:r>
              <w:t xml:space="preserve"> Protecția mediului și calitatea factorilor de mediu</w:t>
            </w:r>
          </w:p>
        </w:tc>
      </w:tr>
      <w:tr w:rsidR="00A669C9" w:rsidRPr="00A669C9" w14:paraId="0C30EBCE" w14:textId="77777777">
        <w:trPr>
          <w:jc w:val="center"/>
        </w:trPr>
        <w:tc>
          <w:tcPr>
            <w:tcW w:w="513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CA8BD3" w14:textId="77777777" w:rsidR="00342952" w:rsidRDefault="00023BFA">
            <w:r>
              <w:t>☐</w:t>
            </w:r>
            <w:r>
              <w:t xml:space="preserve"> Riscuri naturale și antropice</w:t>
            </w:r>
          </w:p>
        </w:tc>
        <w:tc>
          <w:tcPr>
            <w:tcW w:w="513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62E67C" w14:textId="77777777" w:rsidR="00342952" w:rsidRDefault="00023BFA">
            <w:r>
              <w:t>☐</w:t>
            </w:r>
            <w:r>
              <w:t xml:space="preserve"> Alt domeniu: __________________________</w:t>
            </w:r>
          </w:p>
        </w:tc>
      </w:tr>
    </w:tbl>
    <w:p w14:paraId="4BD2FF9F" w14:textId="77777777" w:rsidR="003C33FE" w:rsidRPr="00A669C9" w:rsidRDefault="00A669C9">
      <w:pPr>
        <w:spacing w:before="60" w:after="40"/>
        <w:rPr>
          <w:rFonts w:cs="Times New Roman"/>
          <w:sz w:val="22"/>
        </w:rPr>
      </w:pPr>
      <w:r w:rsidRPr="00A669C9">
        <w:rPr>
          <w:rFonts w:cs="Times New Roman"/>
          <w:b/>
          <w:sz w:val="22"/>
        </w:rPr>
        <w:t>4. ZONA/SECTORUL VIZAT</w:t>
      </w:r>
    </w:p>
    <w:tbl>
      <w:tblPr>
        <w:tblStyle w:val="Tabelgril"/>
        <w:tblW w:w="10261" w:type="dxa"/>
        <w:jc w:val="center"/>
        <w:tblLayout w:type="fixed"/>
        <w:tblLook w:val="04A0" w:firstRow="1" w:lastRow="0" w:firstColumn="1" w:lastColumn="0" w:noHBand="0" w:noVBand="1"/>
      </w:tblPr>
      <w:tblGrid>
        <w:gridCol w:w="10261"/>
      </w:tblGrid>
      <w:tr w:rsidR="00A669C9" w:rsidRPr="00A669C9" w14:paraId="7BD515CD" w14:textId="77777777">
        <w:trPr>
          <w:jc w:val="center"/>
        </w:trPr>
        <w:tc>
          <w:tcPr>
            <w:tcW w:w="102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A56308" w14:textId="77777777" w:rsidR="003C33FE" w:rsidRPr="00A669C9" w:rsidRDefault="00A669C9">
            <w:pPr>
              <w:rPr>
                <w:rFonts w:cs="Times New Roman"/>
                <w:sz w:val="22"/>
              </w:rPr>
            </w:pPr>
            <w:r w:rsidRPr="00A669C9">
              <w:rPr>
                <w:rFonts w:ascii="Segoe UI Symbol" w:hAnsi="Segoe UI Symbol" w:cs="Segoe UI Symbol"/>
                <w:sz w:val="22"/>
              </w:rPr>
              <w:t>☐</w:t>
            </w:r>
            <w:r w:rsidRPr="00A669C9">
              <w:rPr>
                <w:rFonts w:cs="Times New Roman"/>
                <w:sz w:val="22"/>
              </w:rPr>
              <w:t xml:space="preserve"> Botanica    </w:t>
            </w:r>
            <w:r w:rsidRPr="00A669C9">
              <w:rPr>
                <w:rFonts w:ascii="Segoe UI Symbol" w:hAnsi="Segoe UI Symbol" w:cs="Segoe UI Symbol"/>
                <w:sz w:val="22"/>
              </w:rPr>
              <w:t>☐</w:t>
            </w:r>
            <w:r w:rsidRPr="00A669C9">
              <w:rPr>
                <w:rFonts w:cs="Times New Roman"/>
                <w:sz w:val="22"/>
              </w:rPr>
              <w:t xml:space="preserve"> Buiucani    </w:t>
            </w:r>
            <w:r w:rsidRPr="00A669C9">
              <w:rPr>
                <w:rFonts w:ascii="Segoe UI Symbol" w:hAnsi="Segoe UI Symbol" w:cs="Segoe UI Symbol"/>
                <w:sz w:val="22"/>
              </w:rPr>
              <w:t>☐</w:t>
            </w:r>
            <w:r w:rsidRPr="00A669C9">
              <w:rPr>
                <w:rFonts w:cs="Times New Roman"/>
                <w:sz w:val="22"/>
              </w:rPr>
              <w:t xml:space="preserve"> Centru    </w:t>
            </w:r>
            <w:r w:rsidRPr="00A669C9">
              <w:rPr>
                <w:rFonts w:ascii="Segoe UI Symbol" w:hAnsi="Segoe UI Symbol" w:cs="Segoe UI Symbol"/>
                <w:sz w:val="22"/>
              </w:rPr>
              <w:t>☐</w:t>
            </w:r>
            <w:r w:rsidRPr="00A669C9">
              <w:rPr>
                <w:rFonts w:cs="Times New Roman"/>
                <w:sz w:val="22"/>
              </w:rPr>
              <w:t xml:space="preserve"> Ciocana    </w:t>
            </w:r>
            <w:r w:rsidRPr="00A669C9">
              <w:rPr>
                <w:rFonts w:ascii="Segoe UI Symbol" w:hAnsi="Segoe UI Symbol" w:cs="Segoe UI Symbol"/>
                <w:sz w:val="22"/>
              </w:rPr>
              <w:t>☐</w:t>
            </w:r>
            <w:r w:rsidRPr="00A669C9">
              <w:rPr>
                <w:rFonts w:cs="Times New Roman"/>
                <w:sz w:val="22"/>
              </w:rPr>
              <w:t xml:space="preserve"> Rîșcani    </w:t>
            </w:r>
            <w:r w:rsidRPr="00A669C9">
              <w:rPr>
                <w:rFonts w:ascii="Segoe UI Symbol" w:hAnsi="Segoe UI Symbol" w:cs="Segoe UI Symbol"/>
                <w:sz w:val="22"/>
              </w:rPr>
              <w:t>☐</w:t>
            </w:r>
            <w:r w:rsidRPr="00A669C9">
              <w:rPr>
                <w:rFonts w:cs="Times New Roman"/>
                <w:sz w:val="22"/>
              </w:rPr>
              <w:t xml:space="preserve"> Suburbii    </w:t>
            </w:r>
            <w:r w:rsidRPr="00A669C9">
              <w:rPr>
                <w:rFonts w:ascii="Segoe UI Symbol" w:hAnsi="Segoe UI Symbol" w:cs="Segoe UI Symbol"/>
                <w:sz w:val="22"/>
              </w:rPr>
              <w:t>☐</w:t>
            </w:r>
            <w:r w:rsidRPr="00A669C9">
              <w:rPr>
                <w:rFonts w:cs="Times New Roman"/>
                <w:sz w:val="22"/>
              </w:rPr>
              <w:t xml:space="preserve"> Întreg municipiul</w:t>
            </w:r>
          </w:p>
        </w:tc>
      </w:tr>
    </w:tbl>
    <w:p w14:paraId="38B248E4" w14:textId="77777777" w:rsidR="003C33FE" w:rsidRPr="00A669C9" w:rsidRDefault="00A669C9">
      <w:pPr>
        <w:spacing w:before="60" w:after="40"/>
        <w:rPr>
          <w:rFonts w:cs="Times New Roman"/>
          <w:sz w:val="22"/>
        </w:rPr>
      </w:pPr>
      <w:r w:rsidRPr="00A669C9">
        <w:rPr>
          <w:rFonts w:cs="Times New Roman"/>
          <w:b/>
          <w:sz w:val="22"/>
        </w:rPr>
        <w:t>5. DESCRIEREA PROPUNERII / OBSERVAȚIEI / RECOMANDĂRII</w:t>
      </w:r>
    </w:p>
    <w:tbl>
      <w:tblPr>
        <w:tblW w:w="10261" w:type="dxa"/>
        <w:jc w:val="center"/>
        <w:tblLayout w:type="fixed"/>
        <w:tblLook w:val="04A0" w:firstRow="1" w:lastRow="0" w:firstColumn="1" w:lastColumn="0" w:noHBand="0" w:noVBand="1"/>
      </w:tblPr>
      <w:tblGrid>
        <w:gridCol w:w="10261"/>
      </w:tblGrid>
      <w:tr w:rsidR="00A669C9" w:rsidRPr="00A669C9" w14:paraId="518AE711" w14:textId="77777777">
        <w:trPr>
          <w:trHeight w:val="330"/>
          <w:jc w:val="center"/>
        </w:trPr>
        <w:tc>
          <w:tcPr>
            <w:tcW w:w="10261" w:type="dxa"/>
            <w:tcBorders>
              <w:top w:val="nil"/>
              <w:left w:val="nil"/>
              <w:bottom w:val="single" w:sz="4" w:space="0" w:color="555555"/>
              <w:right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A33091" w14:textId="77777777" w:rsidR="003C33FE" w:rsidRPr="00A669C9" w:rsidRDefault="003C33FE">
            <w:pPr>
              <w:rPr>
                <w:rFonts w:cs="Times New Roman"/>
                <w:sz w:val="22"/>
              </w:rPr>
            </w:pPr>
          </w:p>
        </w:tc>
      </w:tr>
      <w:tr w:rsidR="00A669C9" w:rsidRPr="00A669C9" w14:paraId="26B3FD7C" w14:textId="77777777">
        <w:trPr>
          <w:trHeight w:val="330"/>
          <w:jc w:val="center"/>
        </w:trPr>
        <w:tc>
          <w:tcPr>
            <w:tcW w:w="10261" w:type="dxa"/>
            <w:tcBorders>
              <w:top w:val="nil"/>
              <w:left w:val="nil"/>
              <w:bottom w:val="single" w:sz="4" w:space="0" w:color="555555"/>
              <w:right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CF6073" w14:textId="77777777" w:rsidR="003C33FE" w:rsidRPr="00A669C9" w:rsidRDefault="003C33FE">
            <w:pPr>
              <w:rPr>
                <w:rFonts w:cs="Times New Roman"/>
                <w:sz w:val="22"/>
              </w:rPr>
            </w:pPr>
          </w:p>
        </w:tc>
      </w:tr>
      <w:tr w:rsidR="00A669C9" w:rsidRPr="00A669C9" w14:paraId="27397A73" w14:textId="77777777">
        <w:trPr>
          <w:trHeight w:val="330"/>
          <w:jc w:val="center"/>
        </w:trPr>
        <w:tc>
          <w:tcPr>
            <w:tcW w:w="10261" w:type="dxa"/>
            <w:tcBorders>
              <w:top w:val="nil"/>
              <w:left w:val="nil"/>
              <w:bottom w:val="single" w:sz="4" w:space="0" w:color="555555"/>
              <w:right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10527D" w14:textId="77777777" w:rsidR="003C33FE" w:rsidRPr="00A669C9" w:rsidRDefault="003C33FE">
            <w:pPr>
              <w:rPr>
                <w:rFonts w:cs="Times New Roman"/>
                <w:sz w:val="22"/>
              </w:rPr>
            </w:pPr>
          </w:p>
        </w:tc>
      </w:tr>
      <w:tr w:rsidR="00A669C9" w:rsidRPr="00A669C9" w14:paraId="2BCABC70" w14:textId="77777777">
        <w:trPr>
          <w:trHeight w:val="330"/>
          <w:jc w:val="center"/>
        </w:trPr>
        <w:tc>
          <w:tcPr>
            <w:tcW w:w="10261" w:type="dxa"/>
            <w:tcBorders>
              <w:top w:val="nil"/>
              <w:left w:val="nil"/>
              <w:bottom w:val="single" w:sz="4" w:space="0" w:color="555555"/>
              <w:right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1B5CFA" w14:textId="77777777" w:rsidR="00A669C9" w:rsidRPr="00A669C9" w:rsidRDefault="00A669C9">
            <w:pPr>
              <w:rPr>
                <w:rFonts w:cs="Times New Roman"/>
                <w:sz w:val="22"/>
              </w:rPr>
            </w:pPr>
          </w:p>
        </w:tc>
      </w:tr>
      <w:tr w:rsidR="00A669C9" w:rsidRPr="00A669C9" w14:paraId="298F34E5" w14:textId="77777777">
        <w:trPr>
          <w:trHeight w:val="330"/>
          <w:jc w:val="center"/>
        </w:trPr>
        <w:tc>
          <w:tcPr>
            <w:tcW w:w="10261" w:type="dxa"/>
            <w:tcBorders>
              <w:top w:val="nil"/>
              <w:left w:val="nil"/>
              <w:bottom w:val="single" w:sz="4" w:space="0" w:color="555555"/>
              <w:right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ABD175" w14:textId="77777777" w:rsidR="00A669C9" w:rsidRPr="00A669C9" w:rsidRDefault="00A669C9">
            <w:pPr>
              <w:rPr>
                <w:rFonts w:cs="Times New Roman"/>
                <w:sz w:val="22"/>
              </w:rPr>
            </w:pPr>
          </w:p>
        </w:tc>
      </w:tr>
      <w:tr w:rsidR="00A669C9" w:rsidRPr="00A669C9" w14:paraId="207DCD91" w14:textId="77777777">
        <w:trPr>
          <w:trHeight w:val="330"/>
          <w:jc w:val="center"/>
        </w:trPr>
        <w:tc>
          <w:tcPr>
            <w:tcW w:w="10261" w:type="dxa"/>
            <w:tcBorders>
              <w:top w:val="nil"/>
              <w:left w:val="nil"/>
              <w:bottom w:val="single" w:sz="4" w:space="0" w:color="555555"/>
              <w:right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ED024A" w14:textId="77777777" w:rsidR="003C33FE" w:rsidRPr="00A669C9" w:rsidRDefault="003C33FE">
            <w:pPr>
              <w:rPr>
                <w:rFonts w:cs="Times New Roman"/>
                <w:sz w:val="22"/>
              </w:rPr>
            </w:pPr>
          </w:p>
        </w:tc>
      </w:tr>
      <w:tr w:rsidR="00A669C9" w:rsidRPr="00A669C9" w14:paraId="6A778449" w14:textId="77777777">
        <w:trPr>
          <w:trHeight w:val="330"/>
          <w:jc w:val="center"/>
        </w:trPr>
        <w:tc>
          <w:tcPr>
            <w:tcW w:w="10261" w:type="dxa"/>
            <w:tcBorders>
              <w:top w:val="nil"/>
              <w:left w:val="nil"/>
              <w:bottom w:val="single" w:sz="4" w:space="0" w:color="555555"/>
              <w:right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43F0BF" w14:textId="77777777" w:rsidR="003C33FE" w:rsidRPr="00A669C9" w:rsidRDefault="003C33FE">
            <w:pPr>
              <w:rPr>
                <w:rFonts w:cs="Times New Roman"/>
                <w:sz w:val="22"/>
              </w:rPr>
            </w:pPr>
          </w:p>
        </w:tc>
      </w:tr>
    </w:tbl>
    <w:p w14:paraId="061AC781" w14:textId="77777777" w:rsidR="003C33FE" w:rsidRPr="00A669C9" w:rsidRDefault="00A669C9">
      <w:pPr>
        <w:spacing w:before="40" w:after="40"/>
        <w:rPr>
          <w:rFonts w:cs="Times New Roman"/>
          <w:sz w:val="22"/>
        </w:rPr>
      </w:pPr>
      <w:r w:rsidRPr="00A669C9">
        <w:rPr>
          <w:rFonts w:ascii="Segoe UI Symbol" w:hAnsi="Segoe UI Symbol" w:cs="Segoe UI Symbol"/>
          <w:b/>
          <w:sz w:val="22"/>
        </w:rPr>
        <w:t>☐</w:t>
      </w:r>
      <w:r w:rsidRPr="00A669C9">
        <w:rPr>
          <w:rFonts w:cs="Times New Roman"/>
          <w:b/>
          <w:sz w:val="22"/>
        </w:rPr>
        <w:t xml:space="preserve"> Sunt de </w:t>
      </w:r>
      <w:proofErr w:type="spellStart"/>
      <w:r w:rsidRPr="00A669C9">
        <w:rPr>
          <w:rFonts w:cs="Times New Roman"/>
          <w:b/>
          <w:sz w:val="22"/>
        </w:rPr>
        <w:t>acord</w:t>
      </w:r>
      <w:proofErr w:type="spellEnd"/>
      <w:r w:rsidRPr="00A669C9">
        <w:rPr>
          <w:rFonts w:cs="Times New Roman"/>
          <w:b/>
          <w:sz w:val="22"/>
        </w:rPr>
        <w:t xml:space="preserve"> cu </w:t>
      </w:r>
      <w:proofErr w:type="spellStart"/>
      <w:r w:rsidRPr="00A669C9">
        <w:rPr>
          <w:rFonts w:cs="Times New Roman"/>
          <w:b/>
          <w:sz w:val="22"/>
        </w:rPr>
        <w:t>prelucrarea</w:t>
      </w:r>
      <w:proofErr w:type="spellEnd"/>
      <w:r w:rsidRPr="00A669C9">
        <w:rPr>
          <w:rFonts w:cs="Times New Roman"/>
          <w:b/>
          <w:sz w:val="22"/>
        </w:rPr>
        <w:t xml:space="preserve"> </w:t>
      </w:r>
      <w:proofErr w:type="spellStart"/>
      <w:r w:rsidRPr="00A669C9">
        <w:rPr>
          <w:rFonts w:cs="Times New Roman"/>
          <w:b/>
          <w:sz w:val="22"/>
        </w:rPr>
        <w:t>datelor</w:t>
      </w:r>
      <w:proofErr w:type="spellEnd"/>
      <w:r w:rsidRPr="00A669C9">
        <w:rPr>
          <w:rFonts w:cs="Times New Roman"/>
          <w:b/>
          <w:sz w:val="22"/>
        </w:rPr>
        <w:t xml:space="preserve"> cu caracter personal exclusiv în scopul organizării și documentării consultării publice.</w:t>
      </w:r>
    </w:p>
    <w:tbl>
      <w:tblPr>
        <w:tblW w:w="10260" w:type="dxa"/>
        <w:jc w:val="center"/>
        <w:tblLayout w:type="fixed"/>
        <w:tblLook w:val="04A0" w:firstRow="1" w:lastRow="0" w:firstColumn="1" w:lastColumn="0" w:noHBand="0" w:noVBand="1"/>
      </w:tblPr>
      <w:tblGrid>
        <w:gridCol w:w="5130"/>
        <w:gridCol w:w="5130"/>
      </w:tblGrid>
      <w:tr w:rsidR="00A669C9" w:rsidRPr="00A669C9" w14:paraId="219D0C23" w14:textId="77777777">
        <w:trPr>
          <w:jc w:val="center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645151" w14:textId="77777777" w:rsidR="003C33FE" w:rsidRPr="00A669C9" w:rsidRDefault="00A669C9">
            <w:pPr>
              <w:rPr>
                <w:rFonts w:cs="Times New Roman"/>
                <w:sz w:val="22"/>
              </w:rPr>
            </w:pPr>
            <w:r w:rsidRPr="00A669C9">
              <w:rPr>
                <w:rFonts w:cs="Times New Roman"/>
                <w:sz w:val="22"/>
              </w:rPr>
              <w:t>Data completării: ____ / ____ / 2026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9065C5" w14:textId="77777777" w:rsidR="003C33FE" w:rsidRPr="00A669C9" w:rsidRDefault="00A669C9">
            <w:pPr>
              <w:rPr>
                <w:rFonts w:cs="Times New Roman"/>
                <w:sz w:val="22"/>
              </w:rPr>
            </w:pPr>
            <w:r w:rsidRPr="00A669C9">
              <w:rPr>
                <w:rFonts w:cs="Times New Roman"/>
                <w:sz w:val="22"/>
              </w:rPr>
              <w:t>Semnătura: __________________________</w:t>
            </w:r>
          </w:p>
        </w:tc>
      </w:tr>
    </w:tbl>
    <w:tbl>
      <w:tblPr>
        <w:tblStyle w:val="Tabelgril"/>
        <w:tblW w:w="10259" w:type="dxa"/>
        <w:jc w:val="center"/>
        <w:tblLayout w:type="fixed"/>
        <w:tblLook w:val="04A0" w:firstRow="1" w:lastRow="0" w:firstColumn="1" w:lastColumn="0" w:noHBand="0" w:noVBand="1"/>
      </w:tblPr>
      <w:tblGrid>
        <w:gridCol w:w="3429"/>
        <w:gridCol w:w="3429"/>
        <w:gridCol w:w="3401"/>
      </w:tblGrid>
      <w:tr w:rsidR="00A669C9" w:rsidRPr="00A669C9" w14:paraId="672DA2C3" w14:textId="77777777">
        <w:trPr>
          <w:jc w:val="center"/>
        </w:trPr>
        <w:tc>
          <w:tcPr>
            <w:tcW w:w="10259" w:type="dxa"/>
            <w:gridSpan w:val="3"/>
            <w:shd w:val="clear" w:color="auto" w:fill="174A6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75ED4" w14:textId="77777777" w:rsidR="003C33FE" w:rsidRPr="00A669C9" w:rsidRDefault="00A669C9">
            <w:pPr>
              <w:jc w:val="center"/>
              <w:rPr>
                <w:rFonts w:cs="Times New Roman"/>
                <w:color w:val="FFFFFF" w:themeColor="background1"/>
                <w:sz w:val="22"/>
              </w:rPr>
            </w:pPr>
            <w:r w:rsidRPr="00A669C9">
              <w:rPr>
                <w:rFonts w:cs="Times New Roman"/>
                <w:b/>
                <w:color w:val="FFFFFF" w:themeColor="background1"/>
                <w:sz w:val="22"/>
              </w:rPr>
              <w:t>PENTRU SECRETARIATUL TEHNIC</w:t>
            </w:r>
          </w:p>
        </w:tc>
      </w:tr>
      <w:tr w:rsidR="00A669C9" w:rsidRPr="00A669C9" w14:paraId="0FE7599A" w14:textId="77777777">
        <w:trPr>
          <w:jc w:val="center"/>
        </w:trPr>
        <w:tc>
          <w:tcPr>
            <w:tcW w:w="342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C9F213" w14:textId="77777777" w:rsidR="003C33FE" w:rsidRPr="00A669C9" w:rsidRDefault="00A669C9">
            <w:pPr>
              <w:rPr>
                <w:rFonts w:cs="Times New Roman"/>
                <w:sz w:val="22"/>
              </w:rPr>
            </w:pPr>
            <w:r w:rsidRPr="00A669C9">
              <w:rPr>
                <w:rFonts w:cs="Times New Roman"/>
                <w:sz w:val="22"/>
              </w:rPr>
              <w:t>Nr. de înregistrare: __________________</w:t>
            </w:r>
          </w:p>
        </w:tc>
        <w:tc>
          <w:tcPr>
            <w:tcW w:w="342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589792" w14:textId="77777777" w:rsidR="003C33FE" w:rsidRPr="00A669C9" w:rsidRDefault="00A669C9">
            <w:pPr>
              <w:rPr>
                <w:rFonts w:cs="Times New Roman"/>
                <w:sz w:val="22"/>
              </w:rPr>
            </w:pPr>
            <w:r w:rsidRPr="00A669C9">
              <w:rPr>
                <w:rFonts w:cs="Times New Roman"/>
                <w:sz w:val="22"/>
              </w:rPr>
              <w:t>Codul propunerii: _____________________</w:t>
            </w:r>
          </w:p>
        </w:tc>
        <w:tc>
          <w:tcPr>
            <w:tcW w:w="340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BB9F9E" w14:textId="77777777" w:rsidR="003C33FE" w:rsidRPr="00A669C9" w:rsidRDefault="00A669C9">
            <w:pPr>
              <w:rPr>
                <w:rFonts w:cs="Times New Roman"/>
                <w:sz w:val="22"/>
              </w:rPr>
            </w:pPr>
            <w:r w:rsidRPr="00A669C9">
              <w:rPr>
                <w:rFonts w:cs="Times New Roman"/>
                <w:sz w:val="22"/>
              </w:rPr>
              <w:t>Data recepționării: ____ / ____ / 2026</w:t>
            </w:r>
          </w:p>
        </w:tc>
      </w:tr>
    </w:tbl>
    <w:p w14:paraId="39651D52" w14:textId="77777777" w:rsidR="00A669C9" w:rsidRPr="00A669C9" w:rsidRDefault="00A669C9" w:rsidP="00A669C9">
      <w:pPr>
        <w:pStyle w:val="Antet"/>
        <w:tabs>
          <w:tab w:val="clear" w:pos="4680"/>
          <w:tab w:val="clear" w:pos="9360"/>
        </w:tabs>
        <w:spacing w:line="276" w:lineRule="auto"/>
        <w:rPr>
          <w:rFonts w:cs="Times New Roman"/>
          <w:sz w:val="22"/>
        </w:rPr>
      </w:pPr>
    </w:p>
    <w:sectPr w:rsidR="00A669C9" w:rsidRPr="00A669C9" w:rsidSect="00034616">
      <w:footerReference w:type="default" r:id="rId8"/>
      <w:pgSz w:w="11906" w:h="16838"/>
      <w:pgMar w:top="709" w:right="822" w:bottom="652" w:left="82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BE0DA" w14:textId="77777777" w:rsidR="00A669C9" w:rsidRDefault="00A669C9">
      <w:pPr>
        <w:spacing w:line="240" w:lineRule="auto"/>
      </w:pPr>
      <w:r>
        <w:separator/>
      </w:r>
    </w:p>
  </w:endnote>
  <w:endnote w:type="continuationSeparator" w:id="0">
    <w:p w14:paraId="38E9CCD4" w14:textId="77777777" w:rsidR="00A669C9" w:rsidRDefault="00A669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E5022" w14:textId="77777777" w:rsidR="003C33FE" w:rsidRDefault="00A669C9">
    <w:pPr>
      <w:pStyle w:val="Subsol"/>
      <w:jc w:val="center"/>
    </w:pPr>
    <w:r>
      <w:rPr>
        <w:color w:val="5A5A5A"/>
        <w:sz w:val="17"/>
      </w:rPr>
      <w:t xml:space="preserve">PUG Chișinău </w:t>
    </w:r>
    <w:proofErr w:type="gramStart"/>
    <w:r>
      <w:rPr>
        <w:color w:val="5A5A5A"/>
        <w:sz w:val="17"/>
      </w:rPr>
      <w:t>2040  |</w:t>
    </w:r>
    <w:proofErr w:type="gramEnd"/>
    <w:r>
      <w:rPr>
        <w:color w:val="5A5A5A"/>
        <w:sz w:val="17"/>
      </w:rPr>
      <w:t xml:space="preserve">  </w:t>
    </w:r>
    <w:proofErr w:type="gramStart"/>
    <w:r>
      <w:rPr>
        <w:color w:val="5A5A5A"/>
        <w:sz w:val="17"/>
      </w:rPr>
      <w:t>pug.chisinau.md  |</w:t>
    </w:r>
    <w:proofErr w:type="gramEnd"/>
    <w:r>
      <w:rPr>
        <w:color w:val="5A5A5A"/>
        <w:sz w:val="17"/>
      </w:rPr>
      <w:t xml:space="preserve">  pug@dgaurf.md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4905D" w14:textId="77777777" w:rsidR="00A669C9" w:rsidRDefault="00A669C9">
      <w:pPr>
        <w:spacing w:line="240" w:lineRule="auto"/>
      </w:pPr>
      <w:r>
        <w:separator/>
      </w:r>
    </w:p>
  </w:footnote>
  <w:footnote w:type="continuationSeparator" w:id="0">
    <w:p w14:paraId="5D5CEF2B" w14:textId="77777777" w:rsidR="00A669C9" w:rsidRDefault="00A669C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1892458">
    <w:abstractNumId w:val="8"/>
  </w:num>
  <w:num w:numId="2" w16cid:durableId="522716549">
    <w:abstractNumId w:val="6"/>
  </w:num>
  <w:num w:numId="3" w16cid:durableId="1469324848">
    <w:abstractNumId w:val="5"/>
  </w:num>
  <w:num w:numId="4" w16cid:durableId="1664238328">
    <w:abstractNumId w:val="4"/>
  </w:num>
  <w:num w:numId="5" w16cid:durableId="630985240">
    <w:abstractNumId w:val="7"/>
  </w:num>
  <w:num w:numId="6" w16cid:durableId="1771663636">
    <w:abstractNumId w:val="3"/>
  </w:num>
  <w:num w:numId="7" w16cid:durableId="1394309877">
    <w:abstractNumId w:val="2"/>
  </w:num>
  <w:num w:numId="8" w16cid:durableId="1517621161">
    <w:abstractNumId w:val="1"/>
  </w:num>
  <w:num w:numId="9" w16cid:durableId="1573857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3BFA"/>
    <w:rsid w:val="00034616"/>
    <w:rsid w:val="0006063C"/>
    <w:rsid w:val="000775D6"/>
    <w:rsid w:val="000B4B0D"/>
    <w:rsid w:val="0015074B"/>
    <w:rsid w:val="001E636E"/>
    <w:rsid w:val="0029639D"/>
    <w:rsid w:val="00326F90"/>
    <w:rsid w:val="00342952"/>
    <w:rsid w:val="003C33FE"/>
    <w:rsid w:val="0071615B"/>
    <w:rsid w:val="00A669C9"/>
    <w:rsid w:val="00AA1D8D"/>
    <w:rsid w:val="00B47730"/>
    <w:rsid w:val="00B653D7"/>
    <w:rsid w:val="00CB0664"/>
    <w:rsid w:val="00CD2A1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45099F"/>
  <w14:defaultImageDpi w14:val="300"/>
  <w15:docId w15:val="{A473DBE4-F1CB-4553-A886-C799CF4DC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/>
      <w:sz w:val="21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Fișă de colectare a propunerilor – CP-02</dc:title>
  <dc:subject>Consultarea Publică CP-02 – PUG Chișinău 2040</dc:subject>
  <dc:creator>python-docx</dc:creator>
  <cp:keywords/>
  <dc:description>generated by python-docx</dc:description>
  <cp:lastModifiedBy>Bizdiga Inna</cp:lastModifiedBy>
  <cp:revision>2</cp:revision>
  <dcterms:created xsi:type="dcterms:W3CDTF">2026-09-30T10:53:00Z</dcterms:created>
  <dcterms:modified xsi:type="dcterms:W3CDTF">2026-09-30T10:53:00Z</dcterms:modified>
  <cp:category/>
</cp:coreProperties>
</file>